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52A3C" w14:textId="77777777" w:rsidR="00843D4F" w:rsidRDefault="00000000">
      <w:pPr>
        <w:pStyle w:val="Titre"/>
        <w:rPr>
          <w:rFonts w:ascii="Arial Narrow" w:hAnsi="Arial Narrow"/>
          <w:b/>
          <w:bCs/>
          <w:color w:val="1F497D" w:themeColor="text2"/>
          <w:lang w:val="fr-FR"/>
        </w:rPr>
      </w:pPr>
      <w:r w:rsidRPr="00843D4F">
        <w:rPr>
          <w:rFonts w:ascii="Arial Narrow" w:hAnsi="Arial Narrow"/>
          <w:b/>
          <w:bCs/>
          <w:color w:val="1F497D" w:themeColor="text2"/>
          <w:lang w:val="fr-FR"/>
        </w:rPr>
        <w:t xml:space="preserve">Revue </w:t>
      </w:r>
      <w:r w:rsidR="00843D4F">
        <w:rPr>
          <w:rFonts w:ascii="Arial Narrow" w:hAnsi="Arial Narrow"/>
          <w:b/>
          <w:bCs/>
          <w:color w:val="1F497D" w:themeColor="text2"/>
          <w:lang w:val="fr-FR"/>
        </w:rPr>
        <w:t xml:space="preserve">Burkinabè de </w:t>
      </w:r>
    </w:p>
    <w:p w14:paraId="2F6EB148" w14:textId="5DF6E01E" w:rsidR="00673FF8" w:rsidRPr="00843D4F" w:rsidRDefault="00000000" w:rsidP="008D4640">
      <w:pPr>
        <w:pStyle w:val="Titre"/>
        <w:rPr>
          <w:rFonts w:ascii="Arial Narrow" w:hAnsi="Arial Narrow"/>
          <w:b/>
          <w:bCs/>
          <w:lang w:val="fr-FR"/>
        </w:rPr>
      </w:pPr>
      <w:r w:rsidRPr="00843D4F">
        <w:rPr>
          <w:rFonts w:ascii="Arial Narrow" w:hAnsi="Arial Narrow"/>
          <w:b/>
          <w:bCs/>
          <w:color w:val="1F497D" w:themeColor="text2"/>
          <w:lang w:val="fr-FR"/>
        </w:rPr>
        <w:t>Santé Publique</w:t>
      </w:r>
      <w:r w:rsidR="008D4640" w:rsidRPr="008D4640">
        <w:rPr>
          <w:rFonts w:ascii="Arial Black" w:hAnsi="Arial Black"/>
          <w:color w:val="1F497D" w:themeColor="text2"/>
          <w:sz w:val="28"/>
          <w:szCs w:val="28"/>
          <w:lang w:val="fr-FR"/>
        </w:rPr>
        <w:t xml:space="preserve"> </w:t>
      </w:r>
      <w:r w:rsidR="008D4640">
        <w:rPr>
          <w:rFonts w:ascii="Arial Black" w:hAnsi="Arial Black"/>
          <w:color w:val="1F497D" w:themeColor="text2"/>
          <w:sz w:val="28"/>
          <w:szCs w:val="28"/>
          <w:lang w:val="fr-FR"/>
        </w:rPr>
        <w:tab/>
      </w:r>
      <w:r w:rsidR="008D4640">
        <w:rPr>
          <w:rFonts w:ascii="Arial Black" w:hAnsi="Arial Black"/>
          <w:color w:val="1F497D" w:themeColor="text2"/>
          <w:sz w:val="28"/>
          <w:szCs w:val="28"/>
          <w:lang w:val="fr-FR"/>
        </w:rPr>
        <w:tab/>
      </w:r>
      <w:r w:rsidR="008D4640">
        <w:rPr>
          <w:rFonts w:ascii="Arial Black" w:hAnsi="Arial Black"/>
          <w:color w:val="1F497D" w:themeColor="text2"/>
          <w:sz w:val="28"/>
          <w:szCs w:val="28"/>
          <w:lang w:val="fr-FR"/>
        </w:rPr>
        <w:tab/>
      </w:r>
      <w:r w:rsidR="008D4640">
        <w:rPr>
          <w:rFonts w:ascii="Arial Black" w:hAnsi="Arial Black"/>
          <w:color w:val="1F497D" w:themeColor="text2"/>
          <w:sz w:val="28"/>
          <w:szCs w:val="28"/>
          <w:lang w:val="fr-FR"/>
        </w:rPr>
        <w:tab/>
        <w:t xml:space="preserve">     </w:t>
      </w:r>
    </w:p>
    <w:p w14:paraId="55AD74B7" w14:textId="37899C98" w:rsidR="008D4640" w:rsidRDefault="004135F0" w:rsidP="004135F0">
      <w:pPr>
        <w:spacing w:before="240" w:line="240" w:lineRule="auto"/>
        <w:jc w:val="both"/>
        <w:rPr>
          <w:rFonts w:ascii="Arial Narrow" w:hAnsi="Arial Narrow"/>
          <w:lang w:val="fr-FR"/>
        </w:rPr>
      </w:pPr>
      <w:bookmarkStart w:id="0" w:name="_Hlk178581245"/>
      <w:r w:rsidRPr="004135F0">
        <w:rPr>
          <w:rFonts w:ascii="Arial Narrow" w:hAnsi="Arial Narrow"/>
          <w:b/>
          <w:bCs/>
          <w:color w:val="1F497D" w:themeColor="text2"/>
          <w:sz w:val="28"/>
          <w:szCs w:val="28"/>
          <w:lang w:val="fr-FR"/>
        </w:rPr>
        <w:t>CONNAISSANCES ET PRATIQUES DES PRESTATAIRES DE SOINS DU BURKINA FASO VIS-A-VIS DES PRECAUTIONS STANDARDS DE PREVENTION DES INFECTIONS ASSOCIEES AUX SOINS EN 2023</w:t>
      </w:r>
      <w:bookmarkEnd w:id="0"/>
    </w:p>
    <w:p w14:paraId="79C8015C" w14:textId="2313170C" w:rsidR="00673FF8" w:rsidRPr="00CD6DE4" w:rsidRDefault="004135F0" w:rsidP="004135F0">
      <w:pPr>
        <w:jc w:val="both"/>
        <w:rPr>
          <w:rFonts w:ascii="Arial Narrow" w:hAnsi="Arial Narrow"/>
          <w:lang w:val="fr-FR"/>
        </w:rPr>
      </w:pPr>
      <w:bookmarkStart w:id="1" w:name="_Hlk195601505"/>
      <w:proofErr w:type="spellStart"/>
      <w:r w:rsidRPr="004135F0">
        <w:rPr>
          <w:rFonts w:ascii="Arial Narrow" w:hAnsi="Arial Narrow"/>
          <w:bCs/>
          <w:sz w:val="24"/>
          <w:szCs w:val="24"/>
          <w:lang w:val="fr-FR"/>
        </w:rPr>
        <w:t>Dahourou</w:t>
      </w:r>
      <w:proofErr w:type="spellEnd"/>
      <w:r w:rsidRPr="004135F0">
        <w:rPr>
          <w:rFonts w:ascii="Arial Narrow" w:hAnsi="Arial Narrow"/>
          <w:bCs/>
          <w:sz w:val="24"/>
          <w:szCs w:val="24"/>
          <w:lang w:val="fr-FR"/>
        </w:rPr>
        <w:t xml:space="preserve"> Désiré Lucien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1</w:t>
      </w:r>
      <w:bookmarkEnd w:id="1"/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,2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KABORE Moussa Mansour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3</w:t>
      </w:r>
      <w:r w:rsidRPr="004135F0">
        <w:rPr>
          <w:rFonts w:ascii="Arial Narrow" w:hAnsi="Arial Narrow"/>
          <w:bCs/>
          <w:sz w:val="24"/>
          <w:szCs w:val="24"/>
          <w:lang w:val="fr-FR"/>
        </w:rPr>
        <w:t xml:space="preserve">, </w:t>
      </w:r>
      <w:proofErr w:type="spellStart"/>
      <w:r w:rsidRPr="004135F0">
        <w:rPr>
          <w:rFonts w:ascii="Arial Narrow" w:hAnsi="Arial Narrow"/>
          <w:bCs/>
          <w:sz w:val="24"/>
          <w:szCs w:val="24"/>
          <w:lang w:val="fr-FR"/>
        </w:rPr>
        <w:t>Dah</w:t>
      </w:r>
      <w:proofErr w:type="spellEnd"/>
      <w:r w:rsidRPr="004135F0">
        <w:rPr>
          <w:rFonts w:ascii="Arial Narrow" w:hAnsi="Arial Narrow"/>
          <w:bCs/>
          <w:sz w:val="24"/>
          <w:szCs w:val="24"/>
          <w:lang w:val="fr-FR"/>
        </w:rPr>
        <w:t xml:space="preserve"> Ter </w:t>
      </w:r>
      <w:proofErr w:type="spellStart"/>
      <w:r w:rsidRPr="004135F0">
        <w:rPr>
          <w:rFonts w:ascii="Arial Narrow" w:hAnsi="Arial Narrow"/>
          <w:bCs/>
          <w:sz w:val="24"/>
          <w:szCs w:val="24"/>
          <w:lang w:val="fr-FR"/>
        </w:rPr>
        <w:t>Tiero</w:t>
      </w:r>
      <w:proofErr w:type="spellEnd"/>
      <w:r w:rsidRPr="004135F0">
        <w:rPr>
          <w:rFonts w:ascii="Arial Narrow" w:hAnsi="Arial Narrow"/>
          <w:bCs/>
          <w:sz w:val="24"/>
          <w:szCs w:val="24"/>
          <w:lang w:val="fr-FR"/>
        </w:rPr>
        <w:t xml:space="preserve"> Elias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4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Kaboré Issa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1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Cissé Kadari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1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Abou Coulibaly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1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Ouédraogo Henri Gautier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1</w:t>
      </w:r>
      <w:r w:rsidRPr="004135F0">
        <w:rPr>
          <w:rFonts w:ascii="Arial Narrow" w:hAnsi="Arial Narrow"/>
          <w:bCs/>
          <w:sz w:val="24"/>
          <w:szCs w:val="24"/>
          <w:lang w:val="fr-FR"/>
        </w:rPr>
        <w:t>, Ouédraogo Smaïla</w:t>
      </w:r>
      <w:r w:rsidRPr="004135F0">
        <w:rPr>
          <w:rFonts w:ascii="Arial Narrow" w:hAnsi="Arial Narrow"/>
          <w:bCs/>
          <w:sz w:val="24"/>
          <w:szCs w:val="24"/>
          <w:vertAlign w:val="superscript"/>
          <w:lang w:val="fr-FR"/>
        </w:rPr>
        <w:t>5</w:t>
      </w:r>
    </w:p>
    <w:p w14:paraId="11BDB54F" w14:textId="42442598" w:rsidR="004135F0" w:rsidRPr="004135F0" w:rsidRDefault="004135F0" w:rsidP="004135F0">
      <w:pPr>
        <w:spacing w:after="0"/>
        <w:jc w:val="both"/>
        <w:rPr>
          <w:rFonts w:ascii="Arial Narrow" w:hAnsi="Arial Narrow"/>
          <w:i/>
          <w:iCs/>
          <w:sz w:val="20"/>
          <w:szCs w:val="20"/>
          <w:lang w:val="fr-FR"/>
        </w:rPr>
      </w:pP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1</w:t>
      </w:r>
      <w:r>
        <w:rPr>
          <w:rFonts w:ascii="Arial Narrow" w:hAnsi="Arial Narrow"/>
          <w:i/>
          <w:iCs/>
          <w:sz w:val="20"/>
          <w:szCs w:val="20"/>
          <w:lang w:val="fr-FR"/>
        </w:rPr>
        <w:t>.</w:t>
      </w: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Département Biomédical/Santé publique, Institut de Recherche en Sciences de la Santé, Centre National de Recherche Scientifique et Technologique– Ouagadougou – Burkina Faso.</w:t>
      </w:r>
    </w:p>
    <w:p w14:paraId="35E15059" w14:textId="4B6313B5" w:rsidR="004135F0" w:rsidRPr="004135F0" w:rsidRDefault="004135F0" w:rsidP="004135F0">
      <w:pPr>
        <w:spacing w:after="0"/>
        <w:jc w:val="both"/>
        <w:rPr>
          <w:rFonts w:ascii="Arial Narrow" w:hAnsi="Arial Narrow"/>
          <w:i/>
          <w:iCs/>
          <w:sz w:val="20"/>
          <w:szCs w:val="20"/>
          <w:lang w:val="fr-FR"/>
        </w:rPr>
      </w:pP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2</w:t>
      </w:r>
      <w:r>
        <w:rPr>
          <w:rFonts w:ascii="Arial Narrow" w:hAnsi="Arial Narrow"/>
          <w:i/>
          <w:iCs/>
          <w:sz w:val="20"/>
          <w:szCs w:val="20"/>
          <w:lang w:val="fr-FR"/>
        </w:rPr>
        <w:t>.</w:t>
      </w:r>
      <w:r w:rsidRPr="004135F0">
        <w:rPr>
          <w:rFonts w:ascii="Arial Narrow" w:hAnsi="Arial Narrow"/>
          <w:i/>
          <w:iCs/>
          <w:sz w:val="20"/>
          <w:szCs w:val="20"/>
          <w:lang w:val="fr-FR"/>
        </w:rPr>
        <w:t xml:space="preserve"> Centre d'Epidémiologie et de Recherche en santé des </w:t>
      </w:r>
      <w:proofErr w:type="spellStart"/>
      <w:r w:rsidRPr="004135F0">
        <w:rPr>
          <w:rFonts w:ascii="Arial Narrow" w:hAnsi="Arial Narrow"/>
          <w:i/>
          <w:iCs/>
          <w:sz w:val="20"/>
          <w:szCs w:val="20"/>
          <w:lang w:val="fr-FR"/>
        </w:rPr>
        <w:t>POPulations</w:t>
      </w:r>
      <w:proofErr w:type="spellEnd"/>
      <w:r w:rsidRPr="004135F0">
        <w:rPr>
          <w:rFonts w:ascii="Arial Narrow" w:hAnsi="Arial Narrow"/>
          <w:i/>
          <w:iCs/>
          <w:sz w:val="20"/>
          <w:szCs w:val="20"/>
          <w:lang w:val="fr-FR"/>
        </w:rPr>
        <w:t xml:space="preserve"> (CERPOP), Inserm, Université de Toulouse III, Toulouse, France</w:t>
      </w:r>
    </w:p>
    <w:p w14:paraId="1FD42619" w14:textId="32F7D847" w:rsidR="004135F0" w:rsidRPr="004135F0" w:rsidRDefault="004135F0" w:rsidP="004135F0">
      <w:pPr>
        <w:spacing w:after="0"/>
        <w:jc w:val="both"/>
        <w:rPr>
          <w:rFonts w:ascii="Arial Narrow" w:hAnsi="Arial Narrow"/>
          <w:i/>
          <w:iCs/>
          <w:sz w:val="20"/>
          <w:szCs w:val="20"/>
          <w:lang w:val="fr-FR"/>
        </w:rPr>
      </w:pP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3</w:t>
      </w:r>
      <w:r>
        <w:rPr>
          <w:rFonts w:ascii="Arial Narrow" w:hAnsi="Arial Narrow"/>
          <w:i/>
          <w:iCs/>
          <w:sz w:val="20"/>
          <w:szCs w:val="20"/>
          <w:lang w:val="fr-FR"/>
        </w:rPr>
        <w:t>.</w:t>
      </w:r>
      <w:r w:rsidRPr="004135F0">
        <w:rPr>
          <w:rFonts w:ascii="Arial Narrow" w:hAnsi="Arial Narrow"/>
          <w:i/>
          <w:iCs/>
          <w:sz w:val="20"/>
          <w:szCs w:val="20"/>
          <w:lang w:val="fr-FR"/>
        </w:rPr>
        <w:t xml:space="preserve"> UFR/SDS – Université Joseph Ki-Zerbo – Ouagadougou – Burkina Faso.</w:t>
      </w:r>
    </w:p>
    <w:p w14:paraId="28C656AA" w14:textId="77777777" w:rsidR="004135F0" w:rsidRPr="004135F0" w:rsidRDefault="004135F0" w:rsidP="004135F0">
      <w:pPr>
        <w:spacing w:after="0"/>
        <w:jc w:val="both"/>
        <w:rPr>
          <w:rFonts w:ascii="Arial Narrow" w:hAnsi="Arial Narrow"/>
          <w:i/>
          <w:iCs/>
          <w:sz w:val="20"/>
          <w:szCs w:val="20"/>
          <w:lang w:val="fr-FR"/>
        </w:rPr>
      </w:pP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4. Département de santé publique – Université de Ouahigouya – Ouahigouya – Burkina Faso.</w:t>
      </w:r>
    </w:p>
    <w:p w14:paraId="08E913BF" w14:textId="6930E73E" w:rsidR="00673FF8" w:rsidRPr="002E7EE8" w:rsidRDefault="004135F0" w:rsidP="004135F0">
      <w:pPr>
        <w:spacing w:after="0"/>
        <w:jc w:val="both"/>
        <w:rPr>
          <w:rFonts w:ascii="Arial Narrow" w:hAnsi="Arial Narrow"/>
          <w:i/>
          <w:iCs/>
          <w:sz w:val="24"/>
          <w:szCs w:val="24"/>
          <w:lang w:val="fr-FR"/>
        </w:rPr>
      </w:pPr>
      <w:r w:rsidRPr="004135F0">
        <w:rPr>
          <w:rFonts w:ascii="Arial Narrow" w:hAnsi="Arial Narrow"/>
          <w:i/>
          <w:iCs/>
          <w:sz w:val="20"/>
          <w:szCs w:val="20"/>
          <w:lang w:val="fr-FR"/>
        </w:rPr>
        <w:t>5</w:t>
      </w:r>
      <w:r>
        <w:rPr>
          <w:rFonts w:ascii="Arial Narrow" w:hAnsi="Arial Narrow"/>
          <w:i/>
          <w:iCs/>
          <w:sz w:val="20"/>
          <w:szCs w:val="20"/>
          <w:lang w:val="fr-FR"/>
        </w:rPr>
        <w:t>/</w:t>
      </w:r>
      <w:r w:rsidRPr="004135F0">
        <w:rPr>
          <w:rFonts w:ascii="Arial Narrow" w:hAnsi="Arial Narrow"/>
          <w:i/>
          <w:iCs/>
          <w:sz w:val="20"/>
          <w:szCs w:val="20"/>
          <w:lang w:val="fr-FR"/>
        </w:rPr>
        <w:t xml:space="preserve"> Département de santé publique – UFR/SDS – Université Joseph Ki-Zerbo – Ouagadougou – Burkina Faso.</w:t>
      </w:r>
      <w:r w:rsidR="002E7EE8" w:rsidRPr="00CD6DE4">
        <w:rPr>
          <w:rFonts w:ascii="Arial Narrow" w:hAnsi="Arial Narrow"/>
          <w:lang w:val="fr-FR"/>
        </w:rPr>
        <w:br/>
      </w:r>
    </w:p>
    <w:p w14:paraId="70A73A76" w14:textId="019918AA" w:rsidR="00673FF8" w:rsidRPr="00CD6DE4" w:rsidRDefault="007D142E">
      <w:pPr>
        <w:rPr>
          <w:rFonts w:ascii="Arial Narrow" w:hAnsi="Arial Narrow"/>
          <w:lang w:val="fr-FR"/>
        </w:rPr>
      </w:pPr>
      <w:r w:rsidRPr="009814C2">
        <w:rPr>
          <w:rFonts w:ascii="Arial Narrow" w:hAnsi="Arial Narrow"/>
          <w:sz w:val="24"/>
          <w:szCs w:val="24"/>
          <w:lang w:val="fr-FR"/>
        </w:rPr>
        <w:t>*Auteur correspondant</w:t>
      </w:r>
      <w:r w:rsidR="00CD6DE4" w:rsidRPr="009814C2">
        <w:rPr>
          <w:rFonts w:ascii="Arial Narrow" w:hAnsi="Arial Narrow"/>
          <w:sz w:val="24"/>
          <w:szCs w:val="24"/>
          <w:lang w:val="fr-FR"/>
        </w:rPr>
        <w:t xml:space="preserve"> </w:t>
      </w:r>
      <w:r w:rsidRPr="009814C2">
        <w:rPr>
          <w:rFonts w:ascii="Arial Narrow" w:hAnsi="Arial Narrow"/>
          <w:sz w:val="24"/>
          <w:szCs w:val="24"/>
          <w:lang w:val="fr-FR"/>
        </w:rPr>
        <w:t xml:space="preserve">: </w:t>
      </w:r>
      <w:r w:rsidR="004135F0" w:rsidRPr="004135F0">
        <w:rPr>
          <w:rFonts w:ascii="Arial Narrow" w:hAnsi="Arial Narrow"/>
          <w:bCs/>
          <w:sz w:val="24"/>
          <w:szCs w:val="24"/>
          <w:lang w:val="fr-FR"/>
        </w:rPr>
        <w:t>DAHOUROU Désiré Lucien</w:t>
      </w:r>
      <w:r w:rsidR="002E7EE8" w:rsidRPr="002E7EE8">
        <w:rPr>
          <w:rFonts w:ascii="Arial Narrow" w:hAnsi="Arial Narrow"/>
          <w:sz w:val="24"/>
          <w:szCs w:val="24"/>
          <w:lang w:val="fr-FR"/>
        </w:rPr>
        <w:t xml:space="preserve">. Email :  </w:t>
      </w:r>
    </w:p>
    <w:p w14:paraId="456844D1" w14:textId="359E4C94" w:rsidR="00E35E8C" w:rsidRPr="00015E0E" w:rsidRDefault="00E35E8C" w:rsidP="00015E0E">
      <w:pPr>
        <w:rPr>
          <w:rFonts w:ascii="Arial Narrow" w:eastAsiaTheme="majorEastAsia" w:hAnsi="Arial Narrow" w:cstheme="majorBidi"/>
          <w:b/>
          <w:bCs/>
          <w:color w:val="365F91" w:themeColor="accent1" w:themeShade="BF"/>
          <w:sz w:val="28"/>
          <w:szCs w:val="28"/>
          <w:lang w:val="fr-FR"/>
        </w:rPr>
      </w:pPr>
    </w:p>
    <w:sectPr w:rsidR="00E35E8C" w:rsidRPr="00015E0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401E6" w14:textId="77777777" w:rsidR="00150EC0" w:rsidRDefault="00150EC0">
      <w:pPr>
        <w:spacing w:after="0" w:line="240" w:lineRule="auto"/>
      </w:pPr>
      <w:r>
        <w:separator/>
      </w:r>
    </w:p>
  </w:endnote>
  <w:endnote w:type="continuationSeparator" w:id="0">
    <w:p w14:paraId="021337C3" w14:textId="77777777" w:rsidR="00150EC0" w:rsidRDefault="0015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CAA9" w14:textId="20051B31" w:rsidR="009814C2" w:rsidRDefault="001F55FA">
    <w:pPr>
      <w:pStyle w:val="Pieddepage"/>
    </w:pPr>
    <w:r>
      <w:rPr>
        <w:rFonts w:ascii="Aptos" w:hAnsi="Aptos"/>
        <w:noProof/>
        <w:color w:val="1F497D" w:themeColor="text2"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F31C68" wp14:editId="2C1BC705">
              <wp:simplePos x="0" y="0"/>
              <wp:positionH relativeFrom="column">
                <wp:posOffset>38100</wp:posOffset>
              </wp:positionH>
              <wp:positionV relativeFrom="paragraph">
                <wp:posOffset>-228199</wp:posOffset>
              </wp:positionV>
              <wp:extent cx="5400174" cy="7018"/>
              <wp:effectExtent l="38100" t="57150" r="48260" b="107315"/>
              <wp:wrapNone/>
              <wp:docPr id="989170971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0174" cy="7018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5908866" id="Connecteur droit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-17.95pt" to="428.2pt,-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" strokecolor="#1f497d [3215]" strokeweight="3pt">
              <v:shadow on="t" color="black" opacity="26214f" origin="-.5,-.5" offset=".74836mm,.74836mm"/>
            </v:line>
          </w:pict>
        </mc:Fallback>
      </mc:AlternateContent>
    </w:r>
    <w:r>
      <w:rPr>
        <w:rFonts w:ascii="Aptos" w:hAnsi="Aptos"/>
        <w:noProof/>
        <w:color w:val="1F497D" w:themeColor="text2"/>
        <w:sz w:val="24"/>
        <w:szCs w:val="24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705F1D6" wp14:editId="1BCCBC47">
              <wp:simplePos x="0" y="0"/>
              <wp:positionH relativeFrom="column">
                <wp:posOffset>4171950</wp:posOffset>
              </wp:positionH>
              <wp:positionV relativeFrom="paragraph">
                <wp:posOffset>8890</wp:posOffset>
              </wp:positionV>
              <wp:extent cx="1314450" cy="320040"/>
              <wp:effectExtent l="0" t="0" r="0" b="3810"/>
              <wp:wrapSquare wrapText="bothSides"/>
              <wp:docPr id="163542167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4450" cy="320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80D9BD" w14:textId="057867E3" w:rsidR="009814C2" w:rsidRDefault="009814C2">
                          <w:r w:rsidRPr="009814C2">
                            <w:rPr>
                              <w:rFonts w:ascii="Aptos" w:hAnsi="Aptos"/>
                              <w:color w:val="1F497D" w:themeColor="text2"/>
                              <w:sz w:val="24"/>
                              <w:szCs w:val="24"/>
                            </w:rPr>
                            <w:t>Page {n}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705F1D6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37" type="#_x0000_t202" style="position:absolute;margin-left:328.5pt;margin-top:.7pt;width:103.5pt;height:25.2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" fillcolor="white [3201]" stroked="f" strokeweight=".5pt">
              <v:textbox>
                <w:txbxContent>
                  <w:p w14:paraId="1880D9BD" w14:textId="057867E3" w:rsidR="009814C2" w:rsidRDefault="009814C2">
                    <w:r w:rsidRPr="009814C2">
                      <w:rPr>
                        <w:rFonts w:ascii="Aptos" w:hAnsi="Aptos"/>
                        <w:color w:val="1F497D" w:themeColor="text2"/>
                        <w:sz w:val="24"/>
                        <w:szCs w:val="24"/>
                      </w:rPr>
                      <w:t>Page {n}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95C71" w14:textId="77777777" w:rsidR="00150EC0" w:rsidRDefault="00150EC0">
      <w:pPr>
        <w:spacing w:after="0" w:line="240" w:lineRule="auto"/>
      </w:pPr>
      <w:r>
        <w:separator/>
      </w:r>
    </w:p>
  </w:footnote>
  <w:footnote w:type="continuationSeparator" w:id="0">
    <w:p w14:paraId="4583894F" w14:textId="77777777" w:rsidR="00150EC0" w:rsidRDefault="00150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3F4D" w14:textId="5BB31E2A" w:rsidR="001F55FA" w:rsidRPr="00B91631" w:rsidRDefault="004135F0" w:rsidP="00CD6DE4">
    <w:pPr>
      <w:pStyle w:val="En-tte"/>
      <w:rPr>
        <w:rFonts w:ascii="Aptos" w:hAnsi="Aptos"/>
        <w:i/>
        <w:iCs/>
        <w:color w:val="1F497D" w:themeColor="text2"/>
        <w:lang w:val="fr-FR"/>
      </w:rPr>
    </w:pPr>
    <w:r>
      <w:rPr>
        <w:rFonts w:ascii="Aptos" w:hAnsi="Aptos"/>
        <w:bCs/>
        <w:i/>
        <w:iCs/>
        <w:color w:val="1F497D" w:themeColor="text2"/>
        <w:sz w:val="24"/>
        <w:szCs w:val="24"/>
        <w:lang w:val="fr-FR"/>
      </w:rPr>
      <w:t xml:space="preserve">D L </w:t>
    </w:r>
    <w:r w:rsidRPr="004135F0">
      <w:rPr>
        <w:rFonts w:ascii="Aptos" w:hAnsi="Aptos"/>
        <w:bCs/>
        <w:i/>
        <w:iCs/>
        <w:color w:val="1F497D" w:themeColor="text2"/>
        <w:sz w:val="24"/>
        <w:szCs w:val="24"/>
        <w:lang w:val="fr-FR"/>
      </w:rPr>
      <w:t xml:space="preserve">DAHOUROU </w:t>
    </w:r>
    <w:r w:rsidR="00B91631" w:rsidRPr="00B91631">
      <w:rPr>
        <w:rFonts w:ascii="Aptos" w:hAnsi="Aptos"/>
        <w:i/>
        <w:iCs/>
        <w:color w:val="1F497D" w:themeColor="text2"/>
        <w:sz w:val="24"/>
        <w:szCs w:val="24"/>
        <w:lang w:val="fr-FR"/>
      </w:rPr>
      <w:t>et al. Vol x</w:t>
    </w:r>
    <w:r w:rsidR="00935B2C">
      <w:rPr>
        <w:rFonts w:ascii="Aptos" w:hAnsi="Aptos"/>
        <w:i/>
        <w:iCs/>
        <w:color w:val="1F497D" w:themeColor="text2"/>
        <w:sz w:val="24"/>
        <w:szCs w:val="24"/>
        <w:lang w:val="fr-FR"/>
      </w:rPr>
      <w:t xml:space="preserve"> </w:t>
    </w:r>
    <w:proofErr w:type="spellStart"/>
    <w:r w:rsidR="00935B2C">
      <w:rPr>
        <w:rFonts w:ascii="Aptos" w:hAnsi="Aptos"/>
        <w:i/>
        <w:iCs/>
        <w:color w:val="1F497D" w:themeColor="text2"/>
        <w:sz w:val="24"/>
        <w:szCs w:val="24"/>
        <w:lang w:val="fr-FR"/>
      </w:rPr>
      <w:t>doi</w:t>
    </w:r>
    <w:proofErr w:type="spellEnd"/>
  </w:p>
  <w:p w14:paraId="00FB4937" w14:textId="77777777" w:rsidR="001F55FA" w:rsidRPr="00CD6DE4" w:rsidRDefault="001F55FA">
    <w:pPr>
      <w:pStyle w:val="En-tte"/>
      <w:rPr>
        <w:rFonts w:ascii="Aptos" w:hAnsi="Aptos"/>
        <w:lang w:val="fr-FR"/>
      </w:rPr>
    </w:pPr>
    <w:r>
      <w:rPr>
        <w:rFonts w:ascii="Aptos" w:hAnsi="Aptos"/>
        <w:lang w:val="fr-FR"/>
      </w:rPr>
      <w:t xml:space="preserve"> </w:t>
    </w:r>
    <w:r w:rsidRPr="00CD6DE4">
      <w:rPr>
        <w:rFonts w:ascii="Aptos" w:hAnsi="Aptos"/>
        <w:lang w:val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F75ECF"/>
    <w:multiLevelType w:val="hybridMultilevel"/>
    <w:tmpl w:val="2FD2F66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B26C7"/>
    <w:multiLevelType w:val="hybridMultilevel"/>
    <w:tmpl w:val="A8180B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97A75"/>
    <w:multiLevelType w:val="hybridMultilevel"/>
    <w:tmpl w:val="D304EC5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95086"/>
    <w:multiLevelType w:val="multilevel"/>
    <w:tmpl w:val="2562876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435" w:hanging="576"/>
      </w:pPr>
      <w:rPr>
        <w:rFonts w:hint="default"/>
        <w:b/>
        <w:bCs/>
        <w:color w:val="1F497D" w:themeColor="text2"/>
        <w:sz w:val="24"/>
        <w:szCs w:val="24"/>
      </w:rPr>
    </w:lvl>
    <w:lvl w:ilvl="2">
      <w:start w:val="1"/>
      <w:numFmt w:val="decimal"/>
      <w:pStyle w:val="Titre3"/>
      <w:lvlText w:val="%1.%2.%3"/>
      <w:lvlJc w:val="left"/>
      <w:pPr>
        <w:ind w:left="579" w:hanging="720"/>
      </w:pPr>
      <w:rPr>
        <w:rFonts w:hint="default"/>
        <w:color w:val="1F497D" w:themeColor="text2"/>
      </w:rPr>
    </w:lvl>
    <w:lvl w:ilvl="3">
      <w:start w:val="1"/>
      <w:numFmt w:val="decimal"/>
      <w:pStyle w:val="Titre4"/>
      <w:lvlText w:val="%1.%2.%3.%4"/>
      <w:lvlJc w:val="left"/>
      <w:pPr>
        <w:ind w:left="723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867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011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155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299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443" w:hanging="1584"/>
      </w:pPr>
      <w:rPr>
        <w:rFonts w:hint="default"/>
      </w:rPr>
    </w:lvl>
  </w:abstractNum>
  <w:abstractNum w:abstractNumId="13" w15:restartNumberingAfterBreak="0">
    <w:nsid w:val="37C95050"/>
    <w:multiLevelType w:val="hybridMultilevel"/>
    <w:tmpl w:val="0024CD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F5A7A"/>
    <w:multiLevelType w:val="hybridMultilevel"/>
    <w:tmpl w:val="CA48C6E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F767E"/>
    <w:multiLevelType w:val="hybridMultilevel"/>
    <w:tmpl w:val="34701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81FDB"/>
    <w:multiLevelType w:val="hybridMultilevel"/>
    <w:tmpl w:val="9F14528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B7EFD"/>
    <w:multiLevelType w:val="hybridMultilevel"/>
    <w:tmpl w:val="16E4A97C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660693942">
    <w:abstractNumId w:val="8"/>
  </w:num>
  <w:num w:numId="2" w16cid:durableId="208535885">
    <w:abstractNumId w:val="6"/>
  </w:num>
  <w:num w:numId="3" w16cid:durableId="349836013">
    <w:abstractNumId w:val="5"/>
  </w:num>
  <w:num w:numId="4" w16cid:durableId="1029377353">
    <w:abstractNumId w:val="4"/>
  </w:num>
  <w:num w:numId="5" w16cid:durableId="455368382">
    <w:abstractNumId w:val="7"/>
  </w:num>
  <w:num w:numId="6" w16cid:durableId="919756623">
    <w:abstractNumId w:val="3"/>
  </w:num>
  <w:num w:numId="7" w16cid:durableId="1701736490">
    <w:abstractNumId w:val="2"/>
  </w:num>
  <w:num w:numId="8" w16cid:durableId="2125686067">
    <w:abstractNumId w:val="1"/>
  </w:num>
  <w:num w:numId="9" w16cid:durableId="711269587">
    <w:abstractNumId w:val="0"/>
  </w:num>
  <w:num w:numId="10" w16cid:durableId="2143108251">
    <w:abstractNumId w:val="12"/>
  </w:num>
  <w:num w:numId="11" w16cid:durableId="500003870">
    <w:abstractNumId w:val="15"/>
  </w:num>
  <w:num w:numId="12" w16cid:durableId="627589071">
    <w:abstractNumId w:val="10"/>
  </w:num>
  <w:num w:numId="13" w16cid:durableId="2077703371">
    <w:abstractNumId w:val="17"/>
  </w:num>
  <w:num w:numId="14" w16cid:durableId="1231425181">
    <w:abstractNumId w:val="16"/>
  </w:num>
  <w:num w:numId="15" w16cid:durableId="988510609">
    <w:abstractNumId w:val="13"/>
  </w:num>
  <w:num w:numId="16" w16cid:durableId="1957174759">
    <w:abstractNumId w:val="14"/>
  </w:num>
  <w:num w:numId="17" w16cid:durableId="1997952842">
    <w:abstractNumId w:val="11"/>
  </w:num>
  <w:num w:numId="18" w16cid:durableId="1666518293">
    <w:abstractNumId w:val="9"/>
  </w:num>
  <w:num w:numId="19" w16cid:durableId="19350900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609865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3914219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6D1"/>
    <w:rsid w:val="00015E0E"/>
    <w:rsid w:val="000264C8"/>
    <w:rsid w:val="00034616"/>
    <w:rsid w:val="0006063C"/>
    <w:rsid w:val="000A1AE6"/>
    <w:rsid w:val="000D11CF"/>
    <w:rsid w:val="0013527D"/>
    <w:rsid w:val="0015074B"/>
    <w:rsid w:val="00150EC0"/>
    <w:rsid w:val="00157B9E"/>
    <w:rsid w:val="00192241"/>
    <w:rsid w:val="001B7CCD"/>
    <w:rsid w:val="001E350A"/>
    <w:rsid w:val="001F55FA"/>
    <w:rsid w:val="00236697"/>
    <w:rsid w:val="00277F82"/>
    <w:rsid w:val="002862B4"/>
    <w:rsid w:val="0029639D"/>
    <w:rsid w:val="002B07D8"/>
    <w:rsid w:val="002E7EE8"/>
    <w:rsid w:val="00326F90"/>
    <w:rsid w:val="003A30F5"/>
    <w:rsid w:val="003D019E"/>
    <w:rsid w:val="00407063"/>
    <w:rsid w:val="00410A3F"/>
    <w:rsid w:val="004135F0"/>
    <w:rsid w:val="00496125"/>
    <w:rsid w:val="004A50BE"/>
    <w:rsid w:val="004B1E8C"/>
    <w:rsid w:val="004B646D"/>
    <w:rsid w:val="00514CA4"/>
    <w:rsid w:val="00526981"/>
    <w:rsid w:val="00533865"/>
    <w:rsid w:val="005A0E30"/>
    <w:rsid w:val="005B2D33"/>
    <w:rsid w:val="005B72EA"/>
    <w:rsid w:val="005C0223"/>
    <w:rsid w:val="005C4BB7"/>
    <w:rsid w:val="005F3B20"/>
    <w:rsid w:val="00644773"/>
    <w:rsid w:val="00651B35"/>
    <w:rsid w:val="00673798"/>
    <w:rsid w:val="00673FF8"/>
    <w:rsid w:val="006E08D7"/>
    <w:rsid w:val="007421DB"/>
    <w:rsid w:val="00780798"/>
    <w:rsid w:val="007D142E"/>
    <w:rsid w:val="00843D4F"/>
    <w:rsid w:val="00877352"/>
    <w:rsid w:val="008D4640"/>
    <w:rsid w:val="008D65F8"/>
    <w:rsid w:val="00903C6A"/>
    <w:rsid w:val="00921F9A"/>
    <w:rsid w:val="00935B2C"/>
    <w:rsid w:val="009814C2"/>
    <w:rsid w:val="00A57EA0"/>
    <w:rsid w:val="00AA1D8D"/>
    <w:rsid w:val="00B34244"/>
    <w:rsid w:val="00B47730"/>
    <w:rsid w:val="00B6748B"/>
    <w:rsid w:val="00B7722A"/>
    <w:rsid w:val="00B91631"/>
    <w:rsid w:val="00C074B8"/>
    <w:rsid w:val="00C61920"/>
    <w:rsid w:val="00CB0664"/>
    <w:rsid w:val="00CD6DE4"/>
    <w:rsid w:val="00CE413D"/>
    <w:rsid w:val="00D11A82"/>
    <w:rsid w:val="00D13460"/>
    <w:rsid w:val="00E32284"/>
    <w:rsid w:val="00E35E8C"/>
    <w:rsid w:val="00E6373B"/>
    <w:rsid w:val="00E64453"/>
    <w:rsid w:val="00E76207"/>
    <w:rsid w:val="00EB5655"/>
    <w:rsid w:val="00EF4244"/>
    <w:rsid w:val="00F00639"/>
    <w:rsid w:val="00F31465"/>
    <w:rsid w:val="00F41091"/>
    <w:rsid w:val="00F53A43"/>
    <w:rsid w:val="00FB25A0"/>
    <w:rsid w:val="00FC693F"/>
    <w:rsid w:val="00FE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AF7445"/>
  <w14:defaultImageDpi w14:val="300"/>
  <w15:docId w15:val="{1CCBDFD6-EAF1-4A5E-A424-43FA2EA4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2E7EE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E7EE8"/>
    <w:rPr>
      <w:color w:val="605E5C"/>
      <w:shd w:val="clear" w:color="auto" w:fill="E1DFDD"/>
    </w:rPr>
  </w:style>
  <w:style w:type="table" w:styleId="TableauListe6Couleur-Accentuation1">
    <w:name w:val="List Table 6 Colorful Accent 1"/>
    <w:basedOn w:val="TableauNormal"/>
    <w:uiPriority w:val="51"/>
    <w:rsid w:val="003A30F5"/>
    <w:pPr>
      <w:spacing w:after="0" w:line="240" w:lineRule="auto"/>
    </w:pPr>
    <w:rPr>
      <w:rFonts w:eastAsiaTheme="minorHAnsi"/>
      <w:color w:val="365F91" w:themeColor="accent1" w:themeShade="BF"/>
      <w:kern w:val="2"/>
      <w:lang w:val="fr-FR"/>
      <w14:ligatures w14:val="standardContextual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77352"/>
    <w:pPr>
      <w:spacing w:after="160" w:line="240" w:lineRule="auto"/>
    </w:pPr>
    <w:rPr>
      <w:rFonts w:eastAsiaTheme="minorHAnsi"/>
      <w:kern w:val="2"/>
      <w:sz w:val="20"/>
      <w:szCs w:val="20"/>
      <w:lang w:val="fr-FR"/>
      <w14:ligatures w14:val="standardContextual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77352"/>
    <w:rPr>
      <w:rFonts w:eastAsiaTheme="minorHAnsi"/>
      <w:kern w:val="2"/>
      <w:sz w:val="20"/>
      <w:szCs w:val="20"/>
      <w:lang w:val="fr-FR"/>
      <w14:ligatures w14:val="standardContextual"/>
    </w:rPr>
  </w:style>
  <w:style w:type="paragraph" w:styleId="Bibliographie">
    <w:name w:val="Bibliography"/>
    <w:basedOn w:val="Normal"/>
    <w:next w:val="Normal"/>
    <w:uiPriority w:val="37"/>
    <w:unhideWhenUsed/>
    <w:rsid w:val="00533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6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Relwende A YAMEOGO</cp:lastModifiedBy>
  <cp:revision>2</cp:revision>
  <dcterms:created xsi:type="dcterms:W3CDTF">2026-09-29T08:31:00Z</dcterms:created>
  <dcterms:modified xsi:type="dcterms:W3CDTF">2026-09-29T08:31:00Z</dcterms:modified>
  <cp:category/>
</cp:coreProperties>
</file>